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UNTERHALTSVEREINBARUNG</w:t>
      </w:r>
    </w:p>
    <w:p/>
    <w:p>
      <w:r>
        <w:rPr>
          <w:b w:val="0"/>
          <w:sz w:val="22"/>
        </w:rPr>
        <w:t>Zwischen den nachfolgend genannten Parteien wird folgende Unterhaltsvereinbarung getroffen:</w:t>
      </w:r>
    </w:p>
    <w:p/>
    <w:p>
      <w:r>
        <w:rPr>
          <w:b/>
          <w:sz w:val="24"/>
        </w:rPr>
        <w:t>1. Parteien</w:t>
      </w:r>
    </w:p>
    <w:p>
      <w:r>
        <w:rPr>
          <w:b/>
          <w:sz w:val="20"/>
        </w:rPr>
        <w:t>Unterhaltspflichtiger: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Vorname:</w:t>
      </w:r>
    </w:p>
    <w:p>
      <w:r>
        <w:rPr>
          <w:b w:val="0"/>
          <w:sz w:val="20"/>
        </w:rPr>
        <w:t>Geburtsdatum: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0"/>
        </w:rPr>
        <w:t>Unterhaltsberechtigter: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Vorname:</w:t>
      </w:r>
    </w:p>
    <w:p>
      <w:r>
        <w:rPr>
          <w:b w:val="0"/>
          <w:sz w:val="20"/>
        </w:rPr>
        <w:t>Geburtsdatum: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2. Gegenstand der Vereinbarung</w:t>
      </w:r>
    </w:p>
    <w:p>
      <w:r>
        <w:rPr>
          <w:b w:val="0"/>
          <w:sz w:val="20"/>
        </w:rPr>
        <w:t>Die Parteien vereinbaren hiermit den Unterhalt für das Kind/den Berechtigten wie folgt:</w:t>
      </w:r>
    </w:p>
    <w:p/>
    <w:p>
      <w:r>
        <w:rPr>
          <w:b/>
          <w:sz w:val="24"/>
        </w:rPr>
        <w:t>3. Unterhaltsleistungen</w:t>
      </w:r>
    </w:p>
    <w:p>
      <w:r>
        <w:rPr>
          <w:b w:val="0"/>
          <w:sz w:val="20"/>
        </w:rPr>
        <w:t>a) Monatlicher Unterhaltsbetrag (Brutto):</w:t>
      </w:r>
    </w:p>
    <w:p>
      <w:r>
        <w:rPr>
          <w:b w:val="0"/>
          <w:sz w:val="20"/>
        </w:rPr>
        <w:t>€ ________________________________</w:t>
      </w:r>
    </w:p>
    <w:p>
      <w:r>
        <w:rPr>
          <w:b w:val="0"/>
          <w:sz w:val="20"/>
        </w:rPr>
        <w:t>b) Zahlungsmodalitäten:</w:t>
      </w:r>
    </w:p>
    <w:p>
      <w:r>
        <w:rPr>
          <w:b w:val="0"/>
          <w:sz w:val="20"/>
        </w:rPr>
        <w:t>- Zahlung erfolgt monatlich im Voraus bis zum 3. Werktag eines Monats auf folgendes Konto:</w:t>
      </w:r>
    </w:p>
    <w:p>
      <w:r>
        <w:rPr>
          <w:b w:val="0"/>
          <w:sz w:val="20"/>
        </w:rPr>
        <w:t xml:space="preserve">   Kontoinhaber:</w:t>
      </w:r>
    </w:p>
    <w:p>
      <w:r>
        <w:rPr>
          <w:b w:val="0"/>
          <w:sz w:val="20"/>
        </w:rPr>
        <w:t xml:space="preserve">   IBAN:</w:t>
      </w:r>
    </w:p>
    <w:p>
      <w:r>
        <w:rPr>
          <w:b w:val="0"/>
          <w:sz w:val="20"/>
        </w:rPr>
        <w:t xml:space="preserve">   BIC:</w:t>
      </w:r>
    </w:p>
    <w:p>
      <w:r>
        <w:rPr>
          <w:b w:val="0"/>
          <w:sz w:val="20"/>
        </w:rPr>
        <w:t>- Sonstige Vereinbarungen zur Zahlung:</w:t>
      </w:r>
    </w:p>
    <w:p/>
    <w:p>
      <w:r>
        <w:rPr>
          <w:b/>
          <w:sz w:val="24"/>
        </w:rPr>
        <w:t>4. Zusätzliche Leistungen</w:t>
      </w:r>
    </w:p>
    <w:p>
      <w:r>
        <w:rPr>
          <w:b w:val="0"/>
          <w:sz w:val="20"/>
        </w:rPr>
        <w:t>Folgende zusätzliche Leistungen sind vereinbart (z.B. Betreuungskosten, Sonderbedarf):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4"/>
        </w:rPr>
        <w:t>5. Laufzeit und Anpassung</w:t>
      </w:r>
    </w:p>
    <w:p>
      <w:r>
        <w:rPr>
          <w:b w:val="0"/>
          <w:sz w:val="20"/>
        </w:rPr>
        <w:t>Diese Vereinbarung gilt bis auf Widerruf oder bis zur Volljährigkeit bzw. dem Abschluss der ersten Berufsausbildung des Unterhaltsberechtigten.</w:t>
      </w:r>
    </w:p>
    <w:p>
      <w:r>
        <w:rPr>
          <w:b w:val="0"/>
          <w:sz w:val="20"/>
        </w:rPr>
        <w:t>Eine Anpassung der Unterhaltsleistungen erfolgt bei wesentlichen Änderungen der Lebensverhältnisse beider Parteien.</w:t>
      </w:r>
    </w:p>
    <w:p/>
    <w:p>
      <w:r>
        <w:rPr>
          <w:b/>
          <w:sz w:val="24"/>
        </w:rPr>
        <w:t>6. Sonstige Vereinbarungen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4"/>
        </w:rPr>
        <w:t>7. Allgemeine Bestimmungen</w:t>
      </w:r>
    </w:p>
    <w:p>
      <w:r>
        <w:rPr>
          <w:b w:val="0"/>
          <w:sz w:val="20"/>
        </w:rPr>
        <w:t>a) Diese Vereinbarung wird in beiderseitigem Einvernehmen geschlossen und ist bindend.</w:t>
      </w:r>
    </w:p>
    <w:p>
      <w:r>
        <w:rPr>
          <w:b w:val="0"/>
          <w:sz w:val="20"/>
        </w:rPr>
        <w:t>b) Die Parteien bestätigen, dass diese Vereinbarung ohne Einfluss des Jugendamtes getroffen wurde.</w:t>
      </w:r>
    </w:p>
    <w:p>
      <w:r>
        <w:rPr>
          <w:b w:val="0"/>
          <w:sz w:val="20"/>
        </w:rPr>
        <w:t>c) Änderungen und Ergänzungen bedürfen der Schriftform.</w:t>
      </w:r>
    </w:p>
    <w:p>
      <w:r>
        <w:rPr>
          <w:b w:val="0"/>
          <w:sz w:val="20"/>
        </w:rPr>
        <w:t>d) Sollten einzelne Bestimmungen unwirksam sein, bleibt die Wirksamkeit der übrigen Bestimmungen unberührt.</w:t>
      </w:r>
    </w:p>
    <w:p/>
    <w:p>
      <w:r>
        <w:rPr>
          <w:b/>
          <w:sz w:val="24"/>
        </w:rPr>
        <w:t>8. Gerichtsstand</w:t>
      </w:r>
    </w:p>
    <w:p>
      <w:r>
        <w:rPr>
          <w:b w:val="0"/>
          <w:sz w:val="20"/>
        </w:rPr>
        <w:t>Für alle Streitigkeiten aus dieser Vereinbarung ist der Gerichtsstand am Wohnort des Unterhaltspflichtigen vereinbart.</w:t>
      </w:r>
    </w:p>
    <w:p/>
    <w:p/>
    <w:p>
      <w:r>
        <w:rPr>
          <w:b w:val="0"/>
          <w:sz w:val="22"/>
        </w:rPr>
        <w:t>Ort, Datum: _______________________________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Unterhaltspflichtiger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Unterhaltsberechtigter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https://familie-experte.com/unterhalt-einigung-ohne-jugendamt/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unterhalt-einigung-ohne-jugendamt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