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ÜBERLASTUNGSANZEIGE DER KINDERTAGESSTÄTTE</w:t>
      </w:r>
    </w:p>
    <w:p/>
    <w:p/>
    <w:p>
      <w:r>
        <w:rPr>
          <w:b/>
          <w:sz w:val="22"/>
        </w:rPr>
        <w:t>An:</w:t>
      </w:r>
    </w:p>
    <w:p>
      <w:r>
        <w:rPr>
          <w:b w:val="0"/>
          <w:sz w:val="22"/>
        </w:rPr>
        <w:t>Träger der Kindertagesstätte</w:t>
      </w:r>
    </w:p>
    <w:p>
      <w:r>
        <w:rPr>
          <w:b w:val="0"/>
          <w:sz w:val="22"/>
        </w:rPr>
        <w:t>Adresse:</w:t>
      </w:r>
    </w:p>
    <w:p/>
    <w:p/>
    <w:p>
      <w:r>
        <w:rPr>
          <w:b/>
          <w:sz w:val="22"/>
        </w:rPr>
        <w:t>Von:</w:t>
      </w:r>
    </w:p>
    <w:p>
      <w:r>
        <w:rPr>
          <w:b w:val="0"/>
          <w:sz w:val="22"/>
        </w:rPr>
        <w:t>Name der Kindertagesstätte: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Leitung / Kontaktperson: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Anzeige einer Überlastungssituation und Beantragung von Unterstützungsmaßnahmen</w:t>
      </w:r>
    </w:p>
    <w:p/>
    <w:p/>
    <w:p>
      <w:r>
        <w:rPr>
          <w:b/>
          <w:sz w:val="22"/>
        </w:rPr>
        <w:t>Sehr geehrte Damen und Herren,</w:t>
      </w:r>
    </w:p>
    <w:p/>
    <w:p>
      <w:r>
        <w:rPr>
          <w:b w:val="0"/>
          <w:sz w:val="22"/>
        </w:rPr>
        <w:t>hiermit zeigen wir eine Überlastung in unserer Kindertagesstätte an. Aufgrund der aktuellen Situation sind die personellen und räumlichen Ressourcen nicht ausreichend, um die Betreuungs- und Bildungsaufgaben in der gewohnten Qualität und im gesetzlich geforderten Umfang zu gewährleisten.</w:t>
      </w:r>
    </w:p>
    <w:p/>
    <w:p>
      <w:r>
        <w:rPr>
          <w:b/>
          <w:sz w:val="22"/>
        </w:rPr>
        <w:t>Beschreibung der Überlastung:</w:t>
      </w:r>
    </w:p>
    <w:p>
      <w:r>
        <w:rPr>
          <w:b w:val="0"/>
          <w:sz w:val="22"/>
        </w:rPr>
        <w:t>Anzahl der betreuten Kinder: __________________________</w:t>
      </w:r>
    </w:p>
    <w:p>
      <w:r>
        <w:rPr>
          <w:b w:val="0"/>
          <w:sz w:val="22"/>
        </w:rPr>
        <w:t>Anzahl des Fachpersonals: _____________________________</w:t>
      </w:r>
    </w:p>
    <w:p>
      <w:r>
        <w:rPr>
          <w:b w:val="0"/>
          <w:sz w:val="22"/>
        </w:rPr>
        <w:t>Besonderheiten / Gründe der Überlastung (z.B. krankheitsbedingte Ausfälle, Personalmangel, erhöhte Betreuungsbedarfe):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Auswirkungen der Überlastung auf die Betreuung und Bildung der Kinder: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Beantragte Unterstützungsmaßnahmen: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 w:val="0"/>
          <w:sz w:val="22"/>
        </w:rPr>
        <w:t>Diese Anzeige erfolgt gemäß den Vorgaben des Sozialgesetzbuches VIII (§ 22 SGB VIII) und der Regelungen des jeweiligen Bundeslandes zur Sicherstellung einer angemessenen Betreuung in Kindertageseinrichtungen.</w:t>
      </w:r>
    </w:p>
    <w:p/>
    <w:p>
      <w:r>
        <w:rPr>
          <w:b w:val="0"/>
          <w:sz w:val="22"/>
        </w:rPr>
        <w:t>Wir bitten um zeitnahe Prüfung und Unterstützung bei der Bewältigung der beschriebenen Überlastungssituation.</w:t>
      </w:r>
    </w:p>
    <w:p/>
    <w:p/>
    <w:p>
      <w:r>
        <w:rPr>
          <w:b w:val="0"/>
          <w:sz w:val="22"/>
        </w:rPr>
        <w:t>Ort: _____________________________    Datum: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Kindertagesstättenleitung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Träger / Verantwortliche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https://familie-experte.com/uberlastungsanzeige-kita/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uberlastungsanzeige-kita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