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SCHREIBEN ZUR ERHÖHUNG DES ERBBAUZINS</w:t>
      </w:r>
    </w:p>
    <w:p/>
    <w:p/>
    <w:p>
      <w:r>
        <w:rPr>
          <w:b/>
          <w:sz w:val="22"/>
        </w:rPr>
        <w:t>Absender:</w:t>
      </w:r>
    </w:p>
    <w:p>
      <w:r>
        <w:rPr>
          <w:b w:val="0"/>
          <w:sz w:val="22"/>
        </w:rPr>
        <w:t>Name / Firma: ________________________________________________</w:t>
      </w:r>
    </w:p>
    <w:p>
      <w:r>
        <w:rPr>
          <w:b w:val="0"/>
          <w:sz w:val="22"/>
        </w:rPr>
        <w:t>Anschrift: _________________________________________________</w:t>
      </w:r>
    </w:p>
    <w:p>
      <w:r>
        <w:rPr>
          <w:b w:val="0"/>
          <w:sz w:val="22"/>
        </w:rPr>
        <w:t>Telefon / E-Mail: ___________________________________________</w:t>
      </w:r>
    </w:p>
    <w:p/>
    <w:p>
      <w:r>
        <w:rPr>
          <w:b/>
          <w:sz w:val="22"/>
        </w:rPr>
        <w:t>Empfänger:</w:t>
      </w:r>
    </w:p>
    <w:p>
      <w:r>
        <w:rPr>
          <w:b w:val="0"/>
          <w:sz w:val="22"/>
        </w:rPr>
        <w:t>Name / Firma: ________________________________________________</w:t>
      </w:r>
    </w:p>
    <w:p>
      <w:r>
        <w:rPr>
          <w:b w:val="0"/>
          <w:sz w:val="22"/>
        </w:rPr>
        <w:t>Anschrift: _________________________________________________</w:t>
      </w:r>
    </w:p>
    <w:p/>
    <w:p/>
    <w:p>
      <w:r>
        <w:rPr>
          <w:b/>
          <w:sz w:val="22"/>
        </w:rPr>
        <w:t>Betreff:</w:t>
      </w:r>
    </w:p>
    <w:p>
      <w:r>
        <w:rPr>
          <w:b w:val="0"/>
          <w:sz w:val="22"/>
        </w:rPr>
        <w:t>Erhöhung des Erbbauzinses gemäß § 8 Erbbauzinsvereinbarung</w:t>
      </w:r>
    </w:p>
    <w:p/>
    <w:p/>
    <w:p>
      <w:r>
        <w:rPr>
          <w:b w:val="0"/>
          <w:sz w:val="22"/>
        </w:rPr>
        <w:t>Sehr geehrte Damen und Herren,</w:t>
      </w:r>
    </w:p>
    <w:p/>
    <w:p>
      <w:r>
        <w:rPr>
          <w:b w:val="0"/>
          <w:sz w:val="22"/>
        </w:rPr>
        <w:t>hiermit zeigen wir Ihnen die Erhöhung des Erbbauzinses für das Grundstück gemäß dem Erbbaurechtsvertrag vom ___________ an. Die Anpassung erfolgt auf Grundlage der vertraglich vereinbarten Regelungen und unter Berücksichtigung der ortsüblichen Vergleichswerte.</w:t>
      </w:r>
    </w:p>
    <w:p/>
    <w:p>
      <w:r>
        <w:rPr>
          <w:b/>
          <w:sz w:val="22"/>
        </w:rPr>
        <w:t>Grundlagen der Erhöhung:</w:t>
      </w:r>
    </w:p>
    <w:p>
      <w:r>
        <w:rPr>
          <w:b w:val="0"/>
          <w:sz w:val="22"/>
        </w:rPr>
        <w:t>- Vertragsnummer / Bezeichnung: ______________________________</w:t>
      </w:r>
    </w:p>
    <w:p>
      <w:r>
        <w:rPr>
          <w:b w:val="0"/>
          <w:sz w:val="22"/>
        </w:rPr>
        <w:t>- Grundstücksadresse: ________________________________________</w:t>
      </w:r>
    </w:p>
    <w:p>
      <w:r>
        <w:rPr>
          <w:b w:val="0"/>
          <w:sz w:val="22"/>
        </w:rPr>
        <w:t>- Aktueller Erbbauzins: ______________________________________</w:t>
      </w:r>
    </w:p>
    <w:p>
      <w:r>
        <w:rPr>
          <w:b w:val="0"/>
          <w:sz w:val="22"/>
        </w:rPr>
        <w:t>- Neuer Erbbauzins ab: _______________________________________</w:t>
      </w:r>
    </w:p>
    <w:p/>
    <w:p>
      <w:r>
        <w:rPr>
          <w:b w:val="0"/>
          <w:sz w:val="22"/>
        </w:rPr>
        <w:t>Die Erhöhung des Erbbauzinses erfolgt gemäß § 8 des Erbbaurechtsvertrags, der eine regelmäßige Anpassung des Zinssatzes vorsieht, um eine angemessene wirtschaftliche Nutzung sicherzustellen.</w:t>
      </w:r>
    </w:p>
    <w:p/>
    <w:p>
      <w:r>
        <w:rPr>
          <w:b w:val="0"/>
          <w:sz w:val="22"/>
        </w:rPr>
        <w:t>Bitte beachten Sie, dass der neue Erbbauzins ab dem oben genannten Datum fällig wird. Wir bitten Sie, die entsprechenden Zahlungen entsprechend anzupassen.</w:t>
      </w:r>
    </w:p>
    <w:p/>
    <w:p/>
    <w:p>
      <w:r>
        <w:rPr>
          <w:b w:val="0"/>
          <w:sz w:val="22"/>
        </w:rPr>
        <w:t>Für Rückfragen stehen wir Ihnen jederzeit gern zur Verfügung.</w:t>
      </w:r>
    </w:p>
    <w:p/>
    <w:p>
      <w:r>
        <w:rPr>
          <w:b w:val="0"/>
          <w:sz w:val="22"/>
        </w:rPr>
        <w:t>Mit freundlichen Grüßen,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 (Erbbaurechtsgeber)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Empfänger (Erbbaurechtsnehmer)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/ Funktion: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/ Funktion: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https://familie-experte.com/schreiben-erhohung-erbbauzins/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https://familie-experte.com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familie-experte.com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amilie-experte.com/schreiben-erhohung-erbbauzins/" TargetMode="External"/><Relationship Id="rId10" Type="http://schemas.openxmlformats.org/officeDocument/2006/relationships/hyperlink" Target="https://famili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