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Antrag auf Erstausstattung für Schwangere und Familien – Pro Familia</w:t>
      </w:r>
    </w:p>
    <w:p/>
    <w:p/>
    <w:p>
      <w:r>
        <w:rPr>
          <w:b/>
          <w:sz w:val="22"/>
        </w:rPr>
        <w:t>1. Antragsteller/in (Schwangere oder Elternteil)</w:t>
      </w:r>
    </w:p>
    <w:p>
      <w:r>
        <w:rPr>
          <w:b w:val="0"/>
          <w:sz w:val="20"/>
        </w:rPr>
        <w:t>Vorname: _____________________________</w:t>
      </w:r>
    </w:p>
    <w:p>
      <w:r>
        <w:rPr>
          <w:b w:val="0"/>
          <w:sz w:val="20"/>
        </w:rPr>
        <w:t>Nachname: ____________________________</w:t>
      </w:r>
    </w:p>
    <w:p>
      <w:r>
        <w:rPr>
          <w:b w:val="0"/>
          <w:sz w:val="20"/>
        </w:rPr>
        <w:t>Geburtsdatum: _________________________</w:t>
      </w:r>
    </w:p>
    <w:p>
      <w:r>
        <w:rPr>
          <w:b w:val="0"/>
          <w:sz w:val="20"/>
        </w:rPr>
        <w:t>Anschrift: ______________________________</w:t>
      </w:r>
    </w:p>
    <w:p>
      <w:r>
        <w:rPr>
          <w:b w:val="0"/>
          <w:sz w:val="20"/>
        </w:rPr>
        <w:t xml:space="preserve">            ______________________________</w:t>
      </w:r>
    </w:p>
    <w:p>
      <w:r>
        <w:rPr>
          <w:b w:val="0"/>
          <w:sz w:val="20"/>
        </w:rPr>
        <w:t>Telefon: _______________________________</w:t>
      </w:r>
    </w:p>
    <w:p>
      <w:r>
        <w:rPr>
          <w:b w:val="0"/>
          <w:sz w:val="20"/>
        </w:rPr>
        <w:t>E-Mail: _________________________________</w:t>
      </w:r>
    </w:p>
    <w:p/>
    <w:p>
      <w:r>
        <w:rPr>
          <w:b/>
          <w:sz w:val="22"/>
        </w:rPr>
        <w:t>2. Angaben zum Kind (falls vorhanden)</w:t>
      </w:r>
    </w:p>
    <w:p>
      <w:r>
        <w:rPr>
          <w:b w:val="0"/>
          <w:sz w:val="20"/>
        </w:rPr>
        <w:t>Vorname: _____________________________</w:t>
      </w:r>
    </w:p>
    <w:p>
      <w:r>
        <w:rPr>
          <w:b w:val="0"/>
          <w:sz w:val="20"/>
        </w:rPr>
        <w:t>Nachname: ____________________________</w:t>
      </w:r>
    </w:p>
    <w:p>
      <w:r>
        <w:rPr>
          <w:b w:val="0"/>
          <w:sz w:val="20"/>
        </w:rPr>
        <w:t>Geburtsdatum: _________________________</w:t>
      </w:r>
    </w:p>
    <w:p>
      <w:r>
        <w:rPr>
          <w:b w:val="0"/>
          <w:sz w:val="20"/>
        </w:rPr>
        <w:t>Geburtsort: ___________________________</w:t>
      </w:r>
    </w:p>
    <w:p/>
    <w:p>
      <w:r>
        <w:rPr>
          <w:b/>
          <w:sz w:val="22"/>
        </w:rPr>
        <w:t>3. Angabe zur Schwangerschaft</w:t>
      </w:r>
    </w:p>
    <w:p>
      <w:r>
        <w:rPr>
          <w:b w:val="0"/>
          <w:sz w:val="20"/>
        </w:rPr>
        <w:t>Voraussichtlicher Geburtstermin: ____________________</w:t>
      </w:r>
    </w:p>
    <w:p>
      <w:r>
        <w:rPr>
          <w:b w:val="0"/>
          <w:sz w:val="20"/>
        </w:rPr>
        <w:t>Hebamme/Arzt (Name und Kontakt): ____________________</w:t>
      </w:r>
    </w:p>
    <w:p/>
    <w:p>
      <w:r>
        <w:rPr>
          <w:b/>
          <w:sz w:val="22"/>
        </w:rPr>
        <w:t>4. Begründung des Antrags</w:t>
      </w:r>
    </w:p>
    <w:p>
      <w:r>
        <w:rPr>
          <w:b w:val="0"/>
          <w:sz w:val="20"/>
        </w:rPr>
        <w:t>Hiermit beantrage ich die Erstausstattung für mein Kind, da ich mich in einer finanziellen Notlage befinde und Unterstützung benötige.</w:t>
      </w:r>
    </w:p>
    <w:p>
      <w:r>
        <w:rPr>
          <w:b w:val="0"/>
          <w:sz w:val="20"/>
        </w:rPr>
        <w:t>Ich versichere, dass ich keine vergleichbaren Leistungen bereits erhalten habe.</w:t>
      </w:r>
    </w:p>
    <w:p/>
    <w:p>
      <w:r>
        <w:rPr>
          <w:b/>
          <w:sz w:val="22"/>
        </w:rPr>
        <w:t>5. Angaben zur finanziellen Situation</w:t>
      </w:r>
    </w:p>
    <w:p>
      <w:r>
        <w:rPr>
          <w:b w:val="0"/>
          <w:sz w:val="20"/>
        </w:rPr>
        <w:t>Arbeitsverhältnis: _______________________________</w:t>
      </w:r>
    </w:p>
    <w:p>
      <w:r>
        <w:rPr>
          <w:b w:val="0"/>
          <w:sz w:val="20"/>
        </w:rPr>
        <w:t>Einkommen monatlich (Netto): ______________________</w:t>
      </w:r>
    </w:p>
    <w:p>
      <w:r>
        <w:rPr>
          <w:b w:val="0"/>
          <w:sz w:val="20"/>
        </w:rPr>
        <w:t>Weitere Leistungen (z.B. Sozialhilfe, ALG II): _______</w:t>
      </w:r>
    </w:p>
    <w:p/>
    <w:p>
      <w:r>
        <w:rPr>
          <w:b/>
          <w:sz w:val="22"/>
        </w:rPr>
        <w:t>6. Erforderliche Erstausstattung (bitte ankreuzen bzw. ausfüllen)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Kinderwagen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Babybett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Matratze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Bettwäsche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Kleidung (Größe: __________)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Windeln (Anzahl: __________)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Babynahrung</w:t>
            </w:r>
          </w:p>
        </w:tc>
      </w:tr>
    </w:tbl>
    <w:p/>
    <w:p>
      <w:r>
        <w:rPr>
          <w:b/>
          <w:sz w:val="22"/>
        </w:rPr>
        <w:t>7. Erklärung</w:t>
      </w:r>
    </w:p>
    <w:p>
      <w:r>
        <w:rPr>
          <w:b w:val="0"/>
          <w:sz w:val="20"/>
        </w:rPr>
        <w:t>Ich bestätige, dass die gemachten Angaben wahrheitsgemäß und vollständig sind. Ich bin damit einverstanden, dass meine Daten zum Zwecke der Antragsbearbeitung verarbeitet werden.</w:t>
      </w:r>
    </w:p>
    <w:p/>
    <w:p/>
    <w:p>
      <w:r>
        <w:rPr>
          <w:b w:val="0"/>
          <w:sz w:val="20"/>
        </w:rPr>
        <w:t>Ort: ______________________________________</w:t>
      </w:r>
    </w:p>
    <w:p>
      <w:r>
        <w:rPr>
          <w:b w:val="0"/>
          <w:sz w:val="20"/>
        </w:rPr>
        <w:t>Datum: 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Antragsteller/in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Berater/in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https://familie-experte.com/pro-familia-antrag-erstausstattung/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https://familie-experte.com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familie-experte.com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amilie-experte.com/pro-familia-antrag-erstausstattung/" TargetMode="External"/><Relationship Id="rId10" Type="http://schemas.openxmlformats.org/officeDocument/2006/relationships/hyperlink" Target="https://famili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