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SCHRIFTLICHE BESTÄTIGUNG DER PFLICHTTEIL- AUSZAHLUNG</w:t>
      </w:r>
    </w:p>
    <w:p/>
    <w:p/>
    <w:p>
      <w:r>
        <w:rPr>
          <w:b/>
          <w:sz w:val="22"/>
        </w:rPr>
        <w:t>Bestätigung des Pflichtteilsberechtigten:</w:t>
      </w:r>
    </w:p>
    <w:p>
      <w:r>
        <w:rPr>
          <w:b w:val="0"/>
          <w:sz w:val="22"/>
        </w:rPr>
        <w:t>Name: _______________________________________________________________</w:t>
      </w:r>
    </w:p>
    <w:p>
      <w:r>
        <w:rPr>
          <w:b w:val="0"/>
          <w:sz w:val="22"/>
        </w:rPr>
        <w:t>Anschrift: ___________________________________________________________</w:t>
      </w:r>
    </w:p>
    <w:p/>
    <w:p>
      <w:r>
        <w:rPr>
          <w:b/>
          <w:sz w:val="22"/>
        </w:rPr>
        <w:t>Bestätigung des Pflichtteilspflichtigen:</w:t>
      </w:r>
    </w:p>
    <w:p>
      <w:r>
        <w:rPr>
          <w:b w:val="0"/>
          <w:sz w:val="22"/>
        </w:rPr>
        <w:t>Name: _______________________________________________________________</w:t>
      </w:r>
    </w:p>
    <w:p>
      <w:r>
        <w:rPr>
          <w:b w:val="0"/>
          <w:sz w:val="22"/>
        </w:rPr>
        <w:t>Anschrift: ___________________________________________________________</w:t>
      </w:r>
    </w:p>
    <w:p/>
    <w:p/>
    <w:p>
      <w:r>
        <w:rPr>
          <w:b/>
          <w:sz w:val="22"/>
        </w:rPr>
        <w:t>1. Gegenstand der Bestätigung</w:t>
      </w:r>
    </w:p>
    <w:p>
      <w:r>
        <w:rPr>
          <w:b w:val="0"/>
          <w:sz w:val="22"/>
        </w:rPr>
        <w:t>Hiermit bestätigt der Pflichtteilspflichtige, dass er den Pflichtteilsanspruch des Pflichtteilsberechtigten aus dem Nachlass des/der Verstorbenen vollständig erfüllt hat.</w:t>
      </w:r>
    </w:p>
    <w:p/>
    <w:p>
      <w:r>
        <w:rPr>
          <w:b/>
          <w:sz w:val="22"/>
        </w:rPr>
        <w:t>2. Ausgezahlter Betrag</w:t>
      </w:r>
    </w:p>
    <w:p>
      <w:r>
        <w:rPr>
          <w:b w:val="0"/>
          <w:sz w:val="22"/>
        </w:rPr>
        <w:t>Der Betrag in Höhe von EUR __________________________ wurde dem Pflichtteilsberechtigten in voller Höhe ausgezahlt und gilt als abschließende Erfüllung des Pflichtteilsanspruchs.</w:t>
      </w:r>
    </w:p>
    <w:p/>
    <w:p>
      <w:r>
        <w:rPr>
          <w:b/>
          <w:sz w:val="22"/>
        </w:rPr>
        <w:t>3. Rechtliche Wirkung</w:t>
      </w:r>
    </w:p>
    <w:p>
      <w:r>
        <w:rPr>
          <w:b w:val="0"/>
          <w:sz w:val="22"/>
        </w:rPr>
        <w:t>Mit dieser schriftlichen Bestätigung verzichtet der Pflichtteilsberechtigte auf weitere Ansprüche aus dem Pflichtteilsrecht hinsichtlich des oben genannten Nachlasses, soweit nicht gesetzlich anderweitig geregelt.</w:t>
      </w:r>
    </w:p>
    <w:p/>
    <w:p>
      <w:r>
        <w:rPr>
          <w:b/>
          <w:sz w:val="22"/>
        </w:rPr>
        <w:t>4. Salvatorische Klausel</w:t>
      </w:r>
    </w:p>
    <w:p>
      <w:r>
        <w:rPr>
          <w:b w:val="0"/>
          <w:sz w:val="22"/>
        </w:rPr>
        <w:t>Sollten einzelne Bestimmungen dieser Bestätigung ganz oder teilweise unwirksam sein oder werden, bleibt die Wirksamkeit der übrigen Bestimmungen unberührt. Anstelle der unwirksamen Regelung gilt eine solche, die dem wirtschaftlich Gewollten am nächsten kommt.</w:t>
      </w:r>
    </w:p>
    <w:p/>
    <w:p/>
    <w:p>
      <w:r>
        <w:rPr>
          <w:b/>
          <w:sz w:val="22"/>
        </w:rPr>
        <w:t>5. Schlussbestimmungen</w:t>
      </w:r>
    </w:p>
    <w:p>
      <w:r>
        <w:rPr>
          <w:b w:val="0"/>
          <w:sz w:val="22"/>
        </w:rPr>
        <w:t>Diese Bestätigung erfolgt freiwillig und ohne Zwang. Beide Parteien bestätigen, den Inhalt verstanden zu haben und akzeptieren die Regelungen.</w:t>
      </w:r>
    </w:p>
    <w:p/>
    <w:p/>
    <w:p/>
    <w:p>
      <w:r>
        <w:rPr>
          <w:b w:val="0"/>
          <w:sz w:val="22"/>
        </w:rPr>
        <w:t>Ort: ______________________________________    Datum: 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Pflichtteilsberechtigter</w:t>
            </w:r>
          </w:p>
        </w:tc>
        <w:tc>
          <w:tcPr>
            <w:tcW w:type="dxa" w:w="4986"/>
            <w:tcBorders>
              <w:top w:val="nil"/>
              <w:left w:val="nil"/>
              <w:bottom w:val="nil"/>
              <w:right w:val="nil"/>
              <w:insideH w:val="nil"/>
              <w:insideV w:val="nil"/>
            </w:tcBorders>
          </w:tcPr>
          <w:p>
            <w:pPr>
              <w:jc w:val="center"/>
            </w:pPr>
            <w:r>
              <w:t>Pflichtteilspflichtiger</w:t>
            </w:r>
          </w:p>
        </w:tc>
      </w:tr>
      <w:tr>
        <w:tc>
          <w:tcPr>
            <w:tcW w:type="dxa" w:w="4986"/>
            <w:tcBorders>
              <w:top w:val="nil"/>
              <w:left w:val="nil"/>
              <w:bottom w:val="nil"/>
              <w:right w:val="nil"/>
              <w:insideH w:val="nil"/>
              <w:insideV w:val="nil"/>
            </w:tcBorders>
          </w:tcPr>
          <w:p>
            <w:pPr>
              <w:jc w:val="center"/>
            </w:pPr>
            <w:r>
              <w:br/>
              <w:br/>
              <w:t>Unterschrift: ___________________________</w:t>
            </w:r>
          </w:p>
        </w:tc>
        <w:tc>
          <w:tcPr>
            <w:tcW w:type="dxa" w:w="4986"/>
            <w:tcBorders>
              <w:top w:val="nil"/>
              <w:left w:val="nil"/>
              <w:bottom w:val="nil"/>
              <w:right w:val="nil"/>
              <w:insideH w:val="nil"/>
              <w:insideV w:val="nil"/>
            </w:tcBorders>
          </w:tcPr>
          <w:p>
            <w:pPr>
              <w:jc w:val="center"/>
            </w:pPr>
            <w:r>
              <w:br/>
              <w:br/>
              <w:t>Unterschrift: ___________________________</w:t>
            </w:r>
          </w:p>
        </w:tc>
      </w:tr>
      <w:tr>
        <w:tc>
          <w:tcPr>
            <w:tcW w:type="dxa" w:w="4986"/>
            <w:tcBorders>
              <w:top w:val="nil"/>
              <w:left w:val="nil"/>
              <w:bottom w:val="nil"/>
              <w:right w:val="nil"/>
              <w:insideH w:val="nil"/>
              <w:insideV w:val="nil"/>
            </w:tcBorders>
          </w:tcPr>
          <w:p>
            <w:pPr>
              <w:jc w:val="center"/>
            </w:pPr>
            <w:r>
              <w:t>Name (bitte leserlich): ___________________</w:t>
            </w:r>
          </w:p>
        </w:tc>
        <w:tc>
          <w:tcPr>
            <w:tcW w:type="dxa" w:w="4986"/>
            <w:tcBorders>
              <w:top w:val="nil"/>
              <w:left w:val="nil"/>
              <w:bottom w:val="nil"/>
              <w:right w:val="nil"/>
              <w:insideH w:val="nil"/>
              <w:insideV w:val="nil"/>
            </w:tcBorders>
          </w:tcPr>
          <w:p>
            <w:pPr>
              <w:jc w:val="center"/>
            </w:pPr>
            <w:r>
              <w:t>Name (bitte leserlich): ___________________</w:t>
            </w:r>
          </w:p>
        </w:tc>
      </w:tr>
    </w:tbl>
    <w:p>
      <w:r>
        <w:br w:type="page"/>
      </w:r>
    </w:p>
    <w:p>
      <w:pPr>
        <w:jc w:val="center"/>
      </w:pPr>
      <w:r>
        <w:rPr>
          <w:color w:val="555555"/>
          <w:sz w:val="24"/>
        </w:rPr>
        <w:t>Originalquelle dieses Dokuments:</w:t>
      </w:r>
    </w:p>
    <w:p>
      <w:pPr>
        <w:jc w:val="center"/>
      </w:pPr>
      <w:hyperlink r:id="rId9">
        <w:r>
          <w:rPr>
            <w:color w:val="0000FF"/>
            <w:u w:val="single"/>
          </w:rPr>
          <w:t>https://familie-experte.com/pflichtteil-auszahlung-schriftliche-bestatigung/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https://familie-experte.com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familie-experte.com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amilie-experte.com/pflichtteil-auszahlung-schriftliche-bestatigung/" TargetMode="External"/><Relationship Id="rId10" Type="http://schemas.openxmlformats.org/officeDocument/2006/relationships/hyperlink" Target="https://familie-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