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Motivationsschreiben zur Tätigkeit als Tagesmutter</w:t>
      </w:r>
    </w:p>
    <w:p/>
    <w:p/>
    <w:p>
      <w:r>
        <w:rPr>
          <w:b w:val="0"/>
          <w:sz w:val="22"/>
        </w:rPr>
        <w:t>Name:</w:t>
      </w:r>
    </w:p>
    <w:p>
      <w:r>
        <w:rPr>
          <w:b w:val="0"/>
          <w:sz w:val="22"/>
        </w:rPr>
        <w:t>Straße und Hausnummer:</w:t>
      </w:r>
    </w:p>
    <w:p>
      <w:r>
        <w:rPr>
          <w:b w:val="0"/>
          <w:sz w:val="22"/>
        </w:rPr>
        <w:t>PLZ und Ort:</w:t>
      </w:r>
    </w:p>
    <w:p>
      <w:r>
        <w:rPr>
          <w:b w:val="0"/>
          <w:sz w:val="22"/>
        </w:rPr>
        <w:t>Telefon:</w:t>
      </w:r>
    </w:p>
    <w:p>
      <w:r>
        <w:rPr>
          <w:b w:val="0"/>
          <w:sz w:val="22"/>
        </w:rPr>
        <w:t>E-Mail:</w:t>
      </w:r>
    </w:p>
    <w:p/>
    <w:p/>
    <w:p>
      <w:r>
        <w:rPr>
          <w:b w:val="0"/>
          <w:sz w:val="22"/>
        </w:rPr>
        <w:t>An:</w:t>
      </w:r>
    </w:p>
    <w:p>
      <w:r>
        <w:rPr>
          <w:b w:val="0"/>
          <w:sz w:val="22"/>
        </w:rPr>
        <w:t>Name der Institution / Einrichtung:</w:t>
      </w:r>
    </w:p>
    <w:p>
      <w:r>
        <w:rPr>
          <w:b w:val="0"/>
          <w:sz w:val="22"/>
        </w:rPr>
        <w:t>Ansprechpartner/in:</w:t>
      </w:r>
    </w:p>
    <w:p>
      <w:r>
        <w:rPr>
          <w:b w:val="0"/>
          <w:sz w:val="22"/>
        </w:rPr>
        <w:t>Straße und Hausnummer:</w:t>
      </w:r>
    </w:p>
    <w:p>
      <w:r>
        <w:rPr>
          <w:b w:val="0"/>
          <w:sz w:val="22"/>
        </w:rPr>
        <w:t>PLZ und Ort:</w:t>
      </w:r>
    </w:p>
    <w:p/>
    <w:p/>
    <w:p>
      <w:r>
        <w:rPr>
          <w:b/>
          <w:sz w:val="22"/>
        </w:rPr>
        <w:t>Betreff:</w:t>
      </w:r>
    </w:p>
    <w:p>
      <w:r>
        <w:rPr>
          <w:b w:val="0"/>
          <w:sz w:val="22"/>
        </w:rPr>
        <w:t>Bewerbung als Tagesmutter</w:t>
      </w:r>
    </w:p>
    <w:p/>
    <w:p/>
    <w:p>
      <w:r>
        <w:rPr>
          <w:b w:val="0"/>
          <w:sz w:val="22"/>
        </w:rPr>
        <w:t>Sehr geehrte Damen und Herren,</w:t>
      </w:r>
    </w:p>
    <w:p/>
    <w:p>
      <w:r>
        <w:rPr>
          <w:b w:val="0"/>
          <w:sz w:val="22"/>
        </w:rPr>
        <w:t>mit diesem Schreiben bewerbe ich mich um die Tätigkeit als Tagesmutter. Ich bringe eine große Leidenschaft für die Betreuung und Förderung von Kindern mit und möchte dazu beitragen, Familien in ihrer Vereinbarkeit von Beruf und Familie zu unterstützen.</w:t>
      </w:r>
    </w:p>
    <w:p/>
    <w:p>
      <w:r>
        <w:rPr>
          <w:b w:val="0"/>
          <w:sz w:val="22"/>
        </w:rPr>
        <w:t>Zu meiner Person:</w:t>
      </w:r>
    </w:p>
    <w:p>
      <w:r>
        <w:rPr>
          <w:b w:val="0"/>
          <w:sz w:val="22"/>
        </w:rPr>
        <w:t>Ich bin [Alter] Jahre alt und verfüge über Erfahrung in der Kinderbetreuung. Ich besitze eine geeignete Qualifikation gemäß den Anforderungen des Jugendamts und habe eine pädagogische Grundausbildung absolviert. Zudem verfüge ich über ein einwandfreies erweitertes Führungszeugnis.</w:t>
      </w:r>
    </w:p>
    <w:p/>
    <w:p>
      <w:r>
        <w:rPr>
          <w:b w:val="0"/>
          <w:sz w:val="22"/>
        </w:rPr>
        <w:t>Mein Betreuungsangebot:</w:t>
      </w:r>
    </w:p>
    <w:p>
      <w:r>
        <w:rPr>
          <w:b w:val="0"/>
          <w:sz w:val="22"/>
        </w:rPr>
        <w:t>Ich biete eine liebevolle und individuelle Betreuung für Kinder im Alter von [Altersspanne] an. Die Betreuung findet in einem sicheren, kindgerechten Umfeld statt, das ausreichend Platz zum Spielen, Lernen und Ausruhen bietet. Ich lege großen Wert auf eine ausgewogene Ernährung, altersgerechte Förderung sowie die Förderung sozialer Kompetenzen.</w:t>
      </w:r>
    </w:p>
    <w:p/>
    <w:p>
      <w:r>
        <w:rPr>
          <w:b w:val="0"/>
          <w:sz w:val="22"/>
        </w:rPr>
        <w:t>Meine Motivation und Werte:</w:t>
      </w:r>
    </w:p>
    <w:p>
      <w:r>
        <w:rPr>
          <w:b w:val="0"/>
          <w:sz w:val="22"/>
        </w:rPr>
        <w:t>Mir ist es wichtig, die Kinder in ihrer Entwicklung ganzheitlich zu begleiten und sie in ihrer Persönlichkeit zu stärken. Vertrauen, Respekt und Geduld sind für mich die Grundlage jeder Betreuung. Ich freue mich darauf, Kinder in ihrer Neugier und Kreativität zu fördern und ihnen Geborgenheit zu geben.</w:t>
      </w:r>
    </w:p>
    <w:p/>
    <w:p>
      <w:r>
        <w:rPr>
          <w:b w:val="0"/>
          <w:sz w:val="22"/>
        </w:rPr>
        <w:t>Verfügbarkeit und Rahmenbedingungen:</w:t>
      </w:r>
    </w:p>
    <w:p>
      <w:r>
        <w:rPr>
          <w:b w:val="0"/>
          <w:sz w:val="22"/>
        </w:rPr>
        <w:t>Die Betreuung kann nach Absprache ganztägig, halbtags oder flexibel erfolgen. Ich bin offen für eine enge Zusammenarbeit mit den Eltern sowie für regelmäßigen Austausch über den Entwicklungsstand der Kinder.</w:t>
      </w:r>
    </w:p>
    <w:p/>
    <w:p>
      <w:r>
        <w:rPr>
          <w:b w:val="0"/>
          <w:sz w:val="22"/>
        </w:rPr>
        <w:t>Über die Gelegenheit zu einem persönlichen Gespräch freue ich mich sehr. Für Rückfragen stehe ich Ihnen jederzeit gern zur Verfügung.</w:t>
      </w:r>
    </w:p>
    <w:p/>
    <w:p/>
    <w:p>
      <w:r>
        <w:rPr>
          <w:b w:val="0"/>
          <w:sz w:val="22"/>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rPr>
                <w:sz w:val="22"/>
              </w:rPr>
              <w:t>Ort:</w:t>
            </w:r>
          </w:p>
        </w:tc>
      </w:tr>
      <w:tr>
        <w:tc>
          <w:tcPr>
            <w:tcW w:type="dxa" w:w="9972"/>
            <w:tcBorders>
              <w:top w:val="nil"/>
              <w:left w:val="nil"/>
              <w:bottom w:val="nil"/>
              <w:right w:val="nil"/>
              <w:insideH w:val="nil"/>
              <w:insideV w:val="nil"/>
            </w:tcBorders>
          </w:tcPr>
          <w:p>
            <w:pPr>
              <w:jc w:val="left"/>
            </w:pPr>
            <w:r>
              <w:rPr>
                <w:sz w:val="22"/>
              </w:rPr>
              <w:t>Datum:</w:t>
            </w:r>
          </w:p>
        </w:tc>
      </w:tr>
      <w:tr>
        <w:tc>
          <w:tcPr>
            <w:tcW w:type="dxa" w:w="9972"/>
            <w:tcBorders>
              <w:top w:val="nil"/>
              <w:left w:val="nil"/>
              <w:bottom w:val="nil"/>
              <w:right w:val="nil"/>
              <w:insideH w:val="nil"/>
              <w:insideV w:val="nil"/>
            </w:tcBorders>
          </w:tcPr>
          <w:p>
            <w:pPr>
              <w:jc w:val="left"/>
            </w:pPr>
            <w:r>
              <w:rPr>
                <w:sz w:val="22"/>
              </w:rPr>
              <w:t>Unterschrift:</w:t>
            </w:r>
          </w:p>
        </w:tc>
      </w:tr>
    </w:tbl>
    <w:p>
      <w:r>
        <w:br w:type="page"/>
      </w:r>
    </w:p>
    <w:p>
      <w:pPr>
        <w:jc w:val="center"/>
      </w:pPr>
      <w:r>
        <w:rPr>
          <w:color w:val="555555"/>
          <w:sz w:val="24"/>
        </w:rPr>
        <w:t>Originalquelle dieses Dokuments:</w:t>
      </w:r>
    </w:p>
    <w:p>
      <w:pPr>
        <w:jc w:val="center"/>
      </w:pPr>
      <w:hyperlink r:id="rId9">
        <w:r>
          <w:rPr>
            <w:color w:val="0000FF"/>
            <w:u w:val="single"/>
          </w:rPr>
          <w:t>https://familie-experte.com/motivationsschreiben-tagesmutter/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https://familie-experte.com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familie-experte.com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amilie-experte.com/motivationsschreiben-tagesmutter/" TargetMode="External"/><Relationship Id="rId10" Type="http://schemas.openxmlformats.org/officeDocument/2006/relationships/hyperlink" Target="https://famili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