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VERLÄNGERUNG DES KINDERZUSCHLAGS</w:t>
      </w:r>
    </w:p>
    <w:p/>
    <w:p/>
    <w:p>
      <w:r>
        <w:rPr>
          <w:b/>
          <w:sz w:val="22"/>
        </w:rPr>
        <w:t>1. Persönliche Angaben der antragstellenden Person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/>
    <w:p>
      <w:r>
        <w:rPr>
          <w:b/>
          <w:sz w:val="22"/>
        </w:rPr>
        <w:t>2. Angaben zum Kind / zu den Kindern</w:t>
      </w:r>
    </w:p>
    <w:p>
      <w:r>
        <w:rPr>
          <w:b w:val="0"/>
          <w:sz w:val="22"/>
        </w:rPr>
        <w:t>Name, Vorname: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Name, Vorname (weiteres Kind):</w:t>
      </w:r>
    </w:p>
    <w:p>
      <w:r>
        <w:rPr>
          <w:b w:val="0"/>
          <w:sz w:val="22"/>
        </w:rPr>
        <w:t>Geburtsdatum (weiteres Kind):</w:t>
      </w:r>
    </w:p>
    <w:p>
      <w:r>
        <w:rPr>
          <w:b w:val="0"/>
          <w:sz w:val="22"/>
        </w:rPr>
        <w:t>Weitere Kinder bei Bedarf:</w:t>
      </w:r>
    </w:p>
    <w:p/>
    <w:p>
      <w:r>
        <w:rPr>
          <w:b/>
          <w:sz w:val="22"/>
        </w:rPr>
        <w:t>3. Angaben zum aktuellen Bezug des Kinderzuschlags</w:t>
      </w:r>
    </w:p>
    <w:p>
      <w:r>
        <w:rPr>
          <w:b w:val="0"/>
          <w:sz w:val="22"/>
        </w:rPr>
        <w:t>Amt / Familienkasse:</w:t>
      </w:r>
    </w:p>
    <w:p>
      <w:r>
        <w:rPr>
          <w:b w:val="0"/>
          <w:sz w:val="22"/>
        </w:rPr>
        <w:t>Aktenzeichen / Kundennummer:</w:t>
      </w:r>
    </w:p>
    <w:p>
      <w:r>
        <w:rPr>
          <w:b w:val="0"/>
          <w:sz w:val="22"/>
        </w:rPr>
        <w:t>Bisherige Bezugsdauer:</w:t>
      </w:r>
    </w:p>
    <w:p/>
    <w:p>
      <w:r>
        <w:rPr>
          <w:b/>
          <w:sz w:val="22"/>
        </w:rPr>
        <w:t>4. Begründung der Verlängerung</w:t>
      </w:r>
    </w:p>
    <w:p>
      <w:r>
        <w:rPr>
          <w:b w:val="0"/>
          <w:sz w:val="22"/>
        </w:rPr>
        <w:t>Hiermit beantrage ich die Verlängerung des Kinderzuschlags, da sich meine persönlichen oder wirtschaftlichen Verhältnisse geändert haben bzw. weiterhin bestehen:</w:t>
      </w:r>
    </w:p>
    <w:p>
      <w:r>
        <w:rPr>
          <w:b w:val="0"/>
          <w:sz w:val="22"/>
        </w:rPr>
        <w:t>(Bitte ausführlich begründen, z.B. Einkommensverhältnisse, Beschäftigung, Ausbildung, besondere Belastungen etc.)</w:t>
      </w:r>
    </w:p>
    <w:p/>
    <w:p/>
    <w:p/>
    <w:p>
      <w:r>
        <w:rPr>
          <w:b/>
          <w:sz w:val="22"/>
        </w:rPr>
        <w:t>5. Erklärung und Bestätigung</w:t>
      </w:r>
    </w:p>
    <w:p>
      <w:r>
        <w:rPr>
          <w:b w:val="0"/>
          <w:sz w:val="22"/>
        </w:rPr>
        <w:t>Ich versichere, dass alle Angaben wahrheitsgemäß und vollständig sind.</w:t>
      </w:r>
    </w:p>
    <w:p>
      <w:r>
        <w:rPr>
          <w:b w:val="0"/>
          <w:sz w:val="22"/>
        </w:rPr>
        <w:t>Mir ist bekannt, dass falsche Angaben rechtliche Folgen haben können.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Antragsteller(in)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Familienkasse / Amt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https://familie-experte.com/kinderzuschlag-verlangerung/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kinderzuschlag-verlangerung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