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Formloser Antrag auf einen Kitaplatz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formlos einen Betreuungsplatz in einer Kindertageseinrichtung (Kita) für mein Kind. Bitte berücksichtigen Sie den Antrag bei der Vergabe der Kitaplätze gemäß den geltenden gesetzlichen Bestimmungen.</w:t>
      </w:r>
    </w:p>
    <w:p/>
    <w:p/>
    <w:p>
      <w:r>
        <w:rPr>
          <w:b/>
          <w:sz w:val="22"/>
        </w:rPr>
        <w:t>Angaben zum Kind:</w:t>
      </w:r>
    </w:p>
    <w:p>
      <w:r>
        <w:rPr>
          <w:b w:val="0"/>
          <w:sz w:val="22"/>
        </w:rPr>
        <w:t>Name des Kindes: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2"/>
        </w:rPr>
        <w:t>Angaben zur Antragstellerin / zum Antragsteller: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E-Mail-Adresse:</w:t>
      </w:r>
    </w:p>
    <w:p/>
    <w:p>
      <w:r>
        <w:rPr>
          <w:b/>
          <w:sz w:val="22"/>
        </w:rPr>
        <w:t>Angaben zur Betreuung:</w:t>
      </w:r>
    </w:p>
    <w:p>
      <w:r>
        <w:rPr>
          <w:b w:val="0"/>
          <w:sz w:val="22"/>
        </w:rPr>
        <w:t>Bevorzugter Beginn der Betreuung:</w:t>
      </w:r>
    </w:p>
    <w:p>
      <w:r>
        <w:rPr>
          <w:b w:val="0"/>
          <w:sz w:val="22"/>
        </w:rPr>
        <w:t>Gewünschte Betreuungszeit (z.B. Ganztags, Halbtags):</w:t>
      </w:r>
    </w:p>
    <w:p>
      <w:r>
        <w:rPr>
          <w:b w:val="0"/>
          <w:sz w:val="22"/>
        </w:rPr>
        <w:t>Bevorzugte Einrichtung (falls bekannt):</w:t>
      </w:r>
    </w:p>
    <w:p/>
    <w:p/>
    <w:p>
      <w:r>
        <w:rPr>
          <w:b/>
          <w:sz w:val="22"/>
        </w:rPr>
        <w:t>Rechtliche Hinweise:</w:t>
      </w:r>
    </w:p>
    <w:p>
      <w:r>
        <w:rPr>
          <w:b w:val="0"/>
          <w:sz w:val="22"/>
        </w:rPr>
        <w:t>Ich bin darüber informiert, dass dieser Antrag formlos gestellt werden kann, aber für die endgültige Platzvergabe weitere Unterlagen und Anträge notwendig sein können.</w:t>
      </w:r>
    </w:p>
    <w:p>
      <w:r>
        <w:rPr>
          <w:b w:val="0"/>
          <w:sz w:val="22"/>
        </w:rPr>
        <w:t>Die von mir gemachten Angaben sind vollständig und wahrheitsgemäß. Änderungen in den persönlichen Verhältnissen werde ich unverzüglich mitteilen.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Kindertageseinrichtung / 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https://familie-experte.com/formloser-antrag-fur-kitaplatz/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formloser-antrag-fur-kitaplatz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