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Formloser Antrag auf alleiniges Sorgerecht</w:t>
      </w:r>
    </w:p>
    <w:p/>
    <w:p/>
    <w:p>
      <w:r>
        <w:rPr>
          <w:b/>
          <w:sz w:val="22"/>
        </w:rPr>
        <w:t>Antragsteller: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</w:t>
      </w:r>
    </w:p>
    <w:p>
      <w:r>
        <w:rPr>
          <w:b w:val="0"/>
          <w:sz w:val="22"/>
        </w:rPr>
        <w:t>Anschrift: _________________________________________________________</w:t>
      </w:r>
    </w:p>
    <w:p/>
    <w:p>
      <w:r>
        <w:rPr>
          <w:b/>
          <w:sz w:val="22"/>
        </w:rPr>
        <w:t>Andere sorgeberechtigte Person (gegenseitiger Elternteil):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</w:t>
      </w:r>
    </w:p>
    <w:p>
      <w:r>
        <w:rPr>
          <w:b w:val="0"/>
          <w:sz w:val="22"/>
        </w:rPr>
        <w:t>Anschrift: _________________________________________________________</w:t>
      </w:r>
    </w:p>
    <w:p/>
    <w:p>
      <w:r>
        <w:rPr>
          <w:b/>
          <w:sz w:val="22"/>
        </w:rPr>
        <w:t>Kind / Kinder (vollständige Angaben):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</w:t>
      </w:r>
    </w:p>
    <w:p>
      <w:r>
        <w:rPr>
          <w:b w:val="0"/>
          <w:sz w:val="22"/>
        </w:rPr>
        <w:t>Name: 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</w:t>
      </w:r>
    </w:p>
    <w:p/>
    <w:p>
      <w:r>
        <w:rPr>
          <w:b/>
          <w:sz w:val="22"/>
        </w:rPr>
        <w:t>Antrag:</w:t>
      </w:r>
    </w:p>
    <w:p>
      <w:r>
        <w:rPr>
          <w:b w:val="0"/>
          <w:sz w:val="22"/>
        </w:rPr>
        <w:t>Hiermit beantrage ich, dass mir das alleinige Sorgerecht für das/die oben genannten Kind(er) übertragen wird, da dies im Interesse des Kindeswohls liegt und die gemeinsame Sorge nicht mehr möglich oder sinnvoll ist.</w:t>
      </w:r>
    </w:p>
    <w:p/>
    <w:p>
      <w:r>
        <w:rPr>
          <w:b/>
          <w:sz w:val="22"/>
        </w:rPr>
        <w:t>Begründung:</w:t>
      </w:r>
    </w:p>
    <w:p>
      <w:r>
        <w:rPr>
          <w:b w:val="0"/>
          <w:sz w:val="22"/>
        </w:rPr>
        <w:t>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________________________________________________________________________________________</w:t>
      </w:r>
    </w:p>
    <w:p/>
    <w:p>
      <w:r>
        <w:rPr>
          <w:b/>
          <w:sz w:val="22"/>
        </w:rPr>
        <w:t>Ich versichere, dass ich das alleinige Sorgerecht zum Wohl des Kindes/der Kinder ausüben werde und alle Entscheidungen im Sinne des Kindeswohls treffen werde.</w:t>
      </w:r>
    </w:p>
    <w:p/>
    <w:p/>
    <w:p>
      <w:r>
        <w:rPr>
          <w:b w:val="0"/>
          <w:sz w:val="22"/>
        </w:rPr>
        <w:t>Ort: ________________________________________________________________</w:t>
      </w:r>
    </w:p>
    <w:p>
      <w:r>
        <w:rPr>
          <w:b w:val="0"/>
          <w:sz w:val="22"/>
        </w:rPr>
        <w:t>Datum: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Andere sorgeberechtigte Person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in Druckbuchstaben: 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https://familie-experte.com/formloser-antrag-alleiniges-sorgerecht/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https://familie-experte.com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familie-experte.com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amilie-experte.com/formloser-antrag-alleiniges-sorgerecht/" TargetMode="External"/><Relationship Id="rId10" Type="http://schemas.openxmlformats.org/officeDocument/2006/relationships/hyperlink" Target="https://familie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