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EINLADUNGSBRIEF FÜR AUSLÄNDISCHE GÄSTE</w:t>
      </w:r>
    </w:p>
    <w:p/>
    <w:p/>
    <w:p>
      <w:r>
        <w:rPr>
          <w:b w:val="0"/>
          <w:sz w:val="22"/>
        </w:rPr>
        <w:t>Absender:</w:t>
      </w:r>
    </w:p>
    <w:p>
      <w:r>
        <w:rPr>
          <w:b w:val="0"/>
          <w:sz w:val="22"/>
        </w:rPr>
        <w:t>Name: _____________________________________________________________</w:t>
      </w:r>
    </w:p>
    <w:p>
      <w:r>
        <w:rPr>
          <w:b w:val="0"/>
          <w:sz w:val="22"/>
        </w:rPr>
        <w:t>Anschrift: ________________________________________________________</w:t>
      </w:r>
    </w:p>
    <w:p>
      <w:r>
        <w:rPr>
          <w:b w:val="0"/>
          <w:sz w:val="22"/>
        </w:rPr>
        <w:t>Telefon: __________________________________________________________</w:t>
      </w:r>
    </w:p>
    <w:p>
      <w:r>
        <w:rPr>
          <w:b w:val="0"/>
          <w:sz w:val="22"/>
        </w:rPr>
        <w:t>E-Mail: ___________________________________________________________</w:t>
      </w:r>
    </w:p>
    <w:p/>
    <w:p/>
    <w:p>
      <w:r>
        <w:rPr>
          <w:b w:val="0"/>
          <w:sz w:val="22"/>
        </w:rPr>
        <w:t>Empfänger:</w:t>
      </w:r>
    </w:p>
    <w:p>
      <w:r>
        <w:rPr>
          <w:b w:val="0"/>
          <w:sz w:val="22"/>
        </w:rPr>
        <w:t>Name des Gastes: _________________________________________________</w:t>
      </w:r>
    </w:p>
    <w:p>
      <w:r>
        <w:rPr>
          <w:b w:val="0"/>
          <w:sz w:val="22"/>
        </w:rPr>
        <w:t>Anschrift: ________________________________________________________</w:t>
      </w:r>
    </w:p>
    <w:p>
      <w:r>
        <w:rPr>
          <w:b w:val="0"/>
          <w:sz w:val="22"/>
        </w:rPr>
        <w:t>Telefon (falls bekannt): ___________________________________________</w:t>
      </w:r>
    </w:p>
    <w:p>
      <w:r>
        <w:rPr>
          <w:b w:val="0"/>
          <w:sz w:val="22"/>
        </w:rPr>
        <w:t>E-Mail (falls bekannt): ____________________________________________</w:t>
      </w:r>
    </w:p>
    <w:p/>
    <w:p/>
    <w:p>
      <w:r>
        <w:rPr>
          <w:b/>
          <w:sz w:val="22"/>
        </w:rPr>
        <w:t>Betreff:</w:t>
      </w:r>
    </w:p>
    <w:p>
      <w:r>
        <w:rPr>
          <w:b w:val="0"/>
          <w:sz w:val="22"/>
        </w:rPr>
        <w:t>Einladung zum Besuch in Deutschland</w:t>
      </w:r>
    </w:p>
    <w:p/>
    <w:p/>
    <w:p>
      <w:r>
        <w:rPr>
          <w:b w:val="0"/>
          <w:sz w:val="22"/>
        </w:rPr>
        <w:t>Sehr geehrte Damen und Herren,</w:t>
      </w:r>
    </w:p>
    <w:p/>
    <w:p>
      <w:r>
        <w:rPr>
          <w:b w:val="0"/>
          <w:sz w:val="22"/>
        </w:rPr>
        <w:t>hiermit lade ich Sie herzlich ein, mich in Deutschland zu besuchen. Der geplante Besuch dient dem Zweck der privaten Zusammenkunft, Freundschaftspflege und dem Kennenlernen der deutschen Kultur und Lebensweise. Ich übernehme die Einladung und die Verpflichtung, für Unterkunft und Verpflegung während des Aufenthalts zu sorgen und stehe für eventuelle Rückfragen zur Verfügung.</w:t>
      </w:r>
    </w:p>
    <w:p/>
    <w:p>
      <w:r>
        <w:rPr>
          <w:b/>
          <w:sz w:val="22"/>
        </w:rPr>
        <w:t>Angaben zum Gastgeber:</w:t>
      </w:r>
    </w:p>
    <w:p>
      <w:r>
        <w:rPr>
          <w:b w:val="0"/>
          <w:sz w:val="22"/>
        </w:rPr>
        <w:t>Name: _____________________________________________________________</w:t>
      </w:r>
    </w:p>
    <w:p>
      <w:r>
        <w:rPr>
          <w:b w:val="0"/>
          <w:sz w:val="22"/>
        </w:rPr>
        <w:t>Anschrift: ________________________________________________________</w:t>
      </w:r>
    </w:p>
    <w:p>
      <w:r>
        <w:rPr>
          <w:b w:val="0"/>
          <w:sz w:val="22"/>
        </w:rPr>
        <w:t>Telefon: __________________________________________________________</w:t>
      </w:r>
    </w:p>
    <w:p>
      <w:r>
        <w:rPr>
          <w:b w:val="0"/>
          <w:sz w:val="22"/>
        </w:rPr>
        <w:t>E-Mail: ___________________________________________________________</w:t>
      </w:r>
    </w:p>
    <w:p/>
    <w:p>
      <w:r>
        <w:rPr>
          <w:b/>
          <w:sz w:val="22"/>
        </w:rPr>
        <w:t>Angaben zum eingeladenen Gast:</w:t>
      </w:r>
    </w:p>
    <w:p>
      <w:r>
        <w:rPr>
          <w:b w:val="0"/>
          <w:sz w:val="22"/>
        </w:rPr>
        <w:t>Name: _____________________________________________________________</w:t>
      </w:r>
    </w:p>
    <w:p>
      <w:r>
        <w:rPr>
          <w:b w:val="0"/>
          <w:sz w:val="22"/>
        </w:rPr>
        <w:t>Geburtsdatum: _____________________________________________________</w:t>
      </w:r>
    </w:p>
    <w:p>
      <w:r>
        <w:rPr>
          <w:b w:val="0"/>
          <w:sz w:val="22"/>
        </w:rPr>
        <w:t>Staatsangehörigkeit: _______________________________________________</w:t>
      </w:r>
    </w:p>
    <w:p>
      <w:r>
        <w:rPr>
          <w:b w:val="0"/>
          <w:sz w:val="22"/>
        </w:rPr>
        <w:t>Reisepassnummer: _________________________________________________</w:t>
      </w:r>
    </w:p>
    <w:p>
      <w:r>
        <w:rPr>
          <w:b w:val="0"/>
          <w:sz w:val="22"/>
        </w:rPr>
        <w:t>Verwandtschafts-/Bekanntschaftsverhältnis: _________________________</w:t>
      </w:r>
    </w:p>
    <w:p/>
    <w:p>
      <w:r>
        <w:rPr>
          <w:b w:val="0"/>
          <w:sz w:val="22"/>
        </w:rPr>
        <w:t>Geplanter Aufenthaltszeitraum:</w:t>
      </w:r>
    </w:p>
    <w:p>
      <w:r>
        <w:rPr>
          <w:b w:val="0"/>
          <w:sz w:val="22"/>
        </w:rPr>
        <w:t>Von: ____________________________ Bis: ___________________________</w:t>
      </w:r>
    </w:p>
    <w:p/>
    <w:p>
      <w:r>
        <w:rPr>
          <w:b w:val="0"/>
          <w:sz w:val="22"/>
        </w:rPr>
        <w:t>Zweck des Aufenthalts:</w:t>
      </w:r>
    </w:p>
    <w:p>
      <w:r>
        <w:rPr>
          <w:b w:val="0"/>
          <w:sz w:val="22"/>
        </w:rPr>
        <w:t>_________________________________________________________________</w:t>
      </w:r>
    </w:p>
    <w:p/>
    <w:p/>
    <w:p>
      <w:r>
        <w:rPr>
          <w:b/>
          <w:sz w:val="22"/>
        </w:rPr>
        <w:t>Rechtliche Hinweise:</w:t>
      </w:r>
    </w:p>
    <w:p>
      <w:r>
        <w:rPr>
          <w:b w:val="0"/>
          <w:sz w:val="22"/>
        </w:rPr>
        <w:t>Diese Einladung dient ausschließlich zur Vorlage bei den deutschen Behörden im Rahmen der Visumsbeantragung. Der eingeladene Gast verpflichtet sich, sämtliche Einreise- und Ausreisebestimmungen einzuhalten. Der Gastgeber übernimmt keine Haftung für eventuelle Verstöße gegen aufenthaltsrechtliche Bestimmungen.</w:t>
      </w:r>
    </w:p>
    <w:p/>
    <w:p/>
    <w:p>
      <w:r>
        <w:rPr>
          <w:b w:val="0"/>
          <w:sz w:val="22"/>
        </w:rPr>
        <w:t>Ort: _______________________________</w:t>
      </w:r>
    </w:p>
    <w:p>
      <w:r>
        <w:rPr>
          <w:b w:val="0"/>
          <w:sz w:val="22"/>
        </w:rPr>
        <w:t>Datum: _____________________________</w:t>
      </w:r>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Unterschrift des Gastgebers:</w:t>
            </w:r>
          </w:p>
        </w:tc>
      </w:tr>
      <w:tr>
        <w:tc>
          <w:tcPr>
            <w:tcW w:type="dxa" w:w="9972"/>
            <w:tcBorders>
              <w:top w:val="nil"/>
              <w:left w:val="nil"/>
              <w:bottom w:val="nil"/>
              <w:right w:val="nil"/>
              <w:insideH w:val="nil"/>
              <w:insideV w:val="nil"/>
            </w:tcBorders>
          </w:tcPr>
          <w:p>
            <w:pPr>
              <w:jc w:val="left"/>
            </w:pPr>
            <w:r>
              <w:br/>
              <w:br/>
              <w:t>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https://familie-experte.com/einladungsbrief-fur-auslandische-gaste/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https://familie-experte.com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familie-experte.com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amilie-experte.com/einladungsbrief-fur-auslandische-gaste/" TargetMode="External"/><Relationship Id="rId10" Type="http://schemas.openxmlformats.org/officeDocument/2006/relationships/hyperlink" Target="https://familie-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