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22"/>
        </w:rPr>
        <w:t>Absender:</w:t>
      </w:r>
    </w:p>
    <w:p>
      <w:r>
        <w:rPr>
          <w:b w:val="0"/>
          <w:sz w:val="22"/>
        </w:rPr>
        <w:t>Name: ___________________________________________________________</w:t>
      </w:r>
    </w:p>
    <w:p>
      <w:r>
        <w:rPr>
          <w:b w:val="0"/>
          <w:sz w:val="22"/>
        </w:rPr>
        <w:t>Anschrift: ________________________________________________________</w:t>
      </w:r>
    </w:p>
    <w:p>
      <w:r>
        <w:rPr>
          <w:b w:val="0"/>
          <w:sz w:val="22"/>
        </w:rPr>
        <w:t>Telefon: __________________________________________________________</w:t>
      </w:r>
    </w:p>
    <w:p>
      <w:r>
        <w:rPr>
          <w:b w:val="0"/>
          <w:sz w:val="22"/>
        </w:rPr>
        <w:t>E-Mail: ___________________________________________________________</w:t>
      </w:r>
    </w:p>
    <w:p/>
    <w:p/>
    <w:p>
      <w:r>
        <w:rPr>
          <w:b/>
          <w:sz w:val="22"/>
        </w:rPr>
        <w:t>Jugendamt [Ort/Name]:</w:t>
      </w:r>
    </w:p>
    <w:p>
      <w:r>
        <w:rPr>
          <w:b w:val="0"/>
          <w:sz w:val="22"/>
        </w:rPr>
        <w:t>Anschrift: ________________________________________________________</w:t>
      </w:r>
    </w:p>
    <w:p/>
    <w:p/>
    <w:p>
      <w:pPr>
        <w:jc w:val="center"/>
      </w:pPr>
      <w:r>
        <w:rPr>
          <w:b/>
          <w:sz w:val="22"/>
        </w:rPr>
        <w:t>Betreff: Mitteilung / Anliegen an das Jugendamt</w:t>
      </w:r>
    </w:p>
    <w:p/>
    <w:p/>
    <w:p>
      <w:r>
        <w:rPr>
          <w:b w:val="0"/>
          <w:sz w:val="22"/>
        </w:rPr>
        <w:t>Sehr geehrte Damen und Herren,</w:t>
      </w:r>
    </w:p>
    <w:p/>
    <w:p>
      <w:r>
        <w:rPr>
          <w:b w:val="0"/>
          <w:sz w:val="22"/>
        </w:rPr>
        <w:t>hiermit wende ich mich an Sie, um Ihnen nachfolgende Informationen mitzuteilen bzw. ein Anliegen vorzubringen. Ich bitte Sie, mein Anliegen zu prüfen und mich gegebenenfalls zu kontaktieren.</w:t>
      </w:r>
    </w:p>
    <w:p/>
    <w:p>
      <w:r>
        <w:rPr>
          <w:b w:val="0"/>
          <w:sz w:val="22"/>
        </w:rPr>
        <w:t>Name des Kindes / der Kinder: _______________________________________________</w:t>
      </w:r>
    </w:p>
    <w:p>
      <w:r>
        <w:rPr>
          <w:b w:val="0"/>
          <w:sz w:val="22"/>
        </w:rPr>
        <w:t>Geburtsdatum: _______________________________________________________________</w:t>
      </w:r>
    </w:p>
    <w:p>
      <w:r>
        <w:rPr>
          <w:b w:val="0"/>
          <w:sz w:val="22"/>
        </w:rPr>
        <w:t>Adresse der Familie: __________________________________________________________</w:t>
      </w:r>
    </w:p>
    <w:p/>
    <w:p>
      <w:r>
        <w:rPr>
          <w:b w:val="0"/>
          <w:sz w:val="22"/>
        </w:rPr>
        <w:t>Beschreibung des Anliegens / der Situation:</w:t>
      </w:r>
    </w:p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</w:t>
      </w:r>
    </w:p>
    <w:p/>
    <w:p>
      <w:r>
        <w:rPr>
          <w:b w:val="0"/>
          <w:sz w:val="22"/>
        </w:rPr>
        <w:t>Ich bin erreichbar unter den oben angegebenen Kontaktdaten und stehe für Rückfragen gerne zur Verfügung.</w:t>
      </w:r>
    </w:p>
    <w:p/>
    <w:p>
      <w:r>
        <w:rPr>
          <w:b w:val="0"/>
          <w:sz w:val="22"/>
        </w:rPr>
        <w:t>Mit freundlichen Grüßen,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Ort, Datum: ___________________________________________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Unterschrift: __________________________________________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https://familie-experte.com/brief-an-jugendamt-schreiben/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https://familie-experte.com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familie-experte.com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familie-experte.com/brief-an-jugendamt-schreiben/" TargetMode="External"/><Relationship Id="rId10" Type="http://schemas.openxmlformats.org/officeDocument/2006/relationships/hyperlink" Target="https://familie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