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ANTRAG AUF ZUSCHLAG DES AUFENTHALTSBESTIMMUNGSRECHTS</w:t>
      </w:r>
    </w:p>
    <w:p/>
    <w:p>
      <w:r>
        <w:rPr>
          <w:b/>
          <w:sz w:val="20"/>
        </w:rPr>
        <w:t>Antragsteller:</w:t>
      </w:r>
    </w:p>
    <w:p>
      <w:r>
        <w:rPr>
          <w:b w:val="0"/>
          <w:sz w:val="20"/>
        </w:rPr>
        <w:t>Name: _____________________________________________________________</w:t>
      </w:r>
    </w:p>
    <w:p>
      <w:r>
        <w:rPr>
          <w:b w:val="0"/>
          <w:sz w:val="20"/>
        </w:rPr>
        <w:t>Geburtsdatum: _____________________________________________________</w:t>
      </w:r>
    </w:p>
    <w:p>
      <w:r>
        <w:rPr>
          <w:b w:val="0"/>
          <w:sz w:val="20"/>
        </w:rPr>
        <w:t>Anschrift: _________________________________________________________</w:t>
      </w:r>
    </w:p>
    <w:p/>
    <w:p>
      <w:r>
        <w:rPr>
          <w:b/>
          <w:sz w:val="20"/>
        </w:rPr>
        <w:t>Kind/er, für das/ die das Aufenthaltsbestimmungsrecht beantragt wird:</w:t>
      </w:r>
    </w:p>
    <w:p>
      <w:r>
        <w:rPr>
          <w:b w:val="0"/>
          <w:sz w:val="20"/>
        </w:rPr>
        <w:t>Name: _____________________________________________________________</w:t>
      </w:r>
    </w:p>
    <w:p>
      <w:r>
        <w:rPr>
          <w:b w:val="0"/>
          <w:sz w:val="20"/>
        </w:rPr>
        <w:t>Geburtsdatum: _____________________________________________________</w:t>
      </w:r>
    </w:p>
    <w:p>
      <w:r>
        <w:rPr>
          <w:b w:val="0"/>
          <w:sz w:val="20"/>
        </w:rPr>
        <w:t>Anschrift (falls abweichend): _______________________________________</w:t>
      </w:r>
    </w:p>
    <w:p/>
    <w:p>
      <w:r>
        <w:rPr>
          <w:b/>
          <w:sz w:val="20"/>
        </w:rPr>
        <w:t>Gegenüber (andere Person mit Sorge- oder Aufenthaltsbestimmungsrecht):</w:t>
      </w:r>
    </w:p>
    <w:p>
      <w:r>
        <w:rPr>
          <w:b w:val="0"/>
          <w:sz w:val="20"/>
        </w:rPr>
        <w:t>Name: _____________________________________________________________</w:t>
      </w:r>
    </w:p>
    <w:p>
      <w:r>
        <w:rPr>
          <w:b w:val="0"/>
          <w:sz w:val="20"/>
        </w:rPr>
        <w:t>Geburtsdatum: _____________________________________________________</w:t>
      </w:r>
    </w:p>
    <w:p>
      <w:r>
        <w:rPr>
          <w:b w:val="0"/>
          <w:sz w:val="20"/>
        </w:rPr>
        <w:t>Anschrift: _________________________________________________________</w:t>
      </w:r>
    </w:p>
    <w:p/>
    <w:p>
      <w:r>
        <w:rPr>
          <w:b/>
          <w:sz w:val="20"/>
        </w:rPr>
        <w:t>Sachverhalt und Begründung des Antrags: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/>
    <w:p>
      <w:r>
        <w:rPr>
          <w:b/>
          <w:sz w:val="20"/>
        </w:rPr>
        <w:t>Rechtliche Grundlage:</w:t>
      </w:r>
    </w:p>
    <w:p>
      <w:r>
        <w:rPr>
          <w:b w:val="0"/>
          <w:sz w:val="20"/>
        </w:rPr>
        <w:t>Gemäß § 1631b BGB beantrage ich hiermit die Zuteilung des Aufenthaltsbestimmungsrechts für das oben genannte Kind/die oben genannten Kinder.</w:t>
      </w:r>
    </w:p>
    <w:p/>
    <w:p>
      <w:r>
        <w:rPr>
          <w:b/>
          <w:sz w:val="20"/>
        </w:rPr>
        <w:t>Erklärung:</w:t>
      </w:r>
    </w:p>
    <w:p>
      <w:r>
        <w:rPr>
          <w:b w:val="0"/>
          <w:sz w:val="20"/>
        </w:rPr>
        <w:t>Ich versichere, dass die vorstehenden Angaben vollständig und wahrheitsgemäß sind. Mir ist bekannt, dass falsche Angaben rechtliche Folgen haben können.</w:t>
      </w:r>
    </w:p>
    <w:p/>
    <w:p/>
    <w:p>
      <w:r>
        <w:rPr>
          <w:b w:val="0"/>
          <w:sz w:val="20"/>
        </w:rPr>
        <w:t>Ort: ______________________________________</w:t>
      </w:r>
    </w:p>
    <w:p>
      <w:r>
        <w:rPr>
          <w:b w:val="0"/>
          <w:sz w:val="20"/>
        </w:rPr>
        <w:t>Datum: 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Antragsteller: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</w:t>
            </w:r>
          </w:p>
        </w:tc>
      </w:tr>
    </w:tbl>
    <w:p/>
    <w:p/>
    <w:p>
      <w:pPr>
        <w:jc w:val="center"/>
      </w:pPr>
      <w:r>
        <w:rPr>
          <w:b/>
          <w:sz w:val="20"/>
        </w:rPr>
        <w:t>Bitte reichen Sie diesen Antrag bei dem zuständigen Familiengericht ein.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https://familie-experte.com/aufenthaltsbestimmungsrecht-antrag/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https://familie-experte.com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familie-experte.com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amilie-experte.com/aufenthaltsbestimmungsrecht-antrag/" TargetMode="External"/><Relationship Id="rId10" Type="http://schemas.openxmlformats.org/officeDocument/2006/relationships/hyperlink" Target="https://famili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