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EIN KINDERBETT BEIM JOBCENTER</w:t>
      </w:r>
    </w:p>
    <w:p/>
    <w:p/>
    <w:p>
      <w:r>
        <w:rPr>
          <w:b/>
          <w:sz w:val="24"/>
        </w:rPr>
        <w:t>Angaben zum Antragsteller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Kundennummer beim Jobcenter:</w:t>
      </w:r>
    </w:p>
    <w:p/>
    <w:p>
      <w:r>
        <w:rPr>
          <w:b/>
          <w:sz w:val="24"/>
        </w:rPr>
        <w:t>Angaben zum Kind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 (falls abweichend):</w:t>
      </w:r>
    </w:p>
    <w:p/>
    <w:p>
      <w:r>
        <w:rPr>
          <w:b/>
          <w:sz w:val="24"/>
        </w:rPr>
        <w:t>Begründung des Antrags</w:t>
      </w:r>
    </w:p>
    <w:p>
      <w:r>
        <w:rPr>
          <w:b w:val="0"/>
          <w:sz w:val="22"/>
        </w:rPr>
        <w:t>Hiermit beantrage ich beim Jobcenter ein Kinderbett für mein Kind. Das vorhandene Bett entspricht nicht den notwendigen Sicherheitsanforderungen bzw. die familiäre Situation erfordert die Anschaffung eines Kinderbetts.</w:t>
      </w:r>
    </w:p>
    <w:p/>
    <w:p>
      <w:r>
        <w:rPr>
          <w:b/>
          <w:sz w:val="24"/>
        </w:rPr>
        <w:t>Rechtsgrundlage</w:t>
      </w:r>
    </w:p>
    <w:p>
      <w:r>
        <w:rPr>
          <w:b w:val="0"/>
          <w:sz w:val="22"/>
        </w:rPr>
        <w:t>Der Antrag erfolgt gemäß § 24 Absatz 1 Satz 1 SGB II (Mehrbedarf für Unterkunft) bzw. § 21 Absatz 6 SGB II (Mehrbedarf für besondere Bedarfe von Kindern).</w:t>
      </w:r>
    </w:p>
    <w:p/>
    <w:p>
      <w:r>
        <w:rPr>
          <w:b/>
          <w:sz w:val="24"/>
        </w:rPr>
        <w:t>Erklärung</w:t>
      </w:r>
    </w:p>
    <w:p>
      <w:r>
        <w:rPr>
          <w:b w:val="0"/>
          <w:sz w:val="22"/>
        </w:rPr>
        <w:t>Ich versichere, dass die Angaben wahrheitsgemäß und vollständig sind. Ich bin darüber informiert, dass falsche Angaben rechtliche Konsequenzen haben können.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p>
      <w:r>
        <w:rPr>
          <w:b w:val="0"/>
          <w:sz w:val="22"/>
        </w:rPr>
        <w:t>Unterschrift Antragsteller: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Jobcenter-Mitarbeiter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der Entscheidung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https://familie-experte.com/antrag-auf-kinderbett-beim-jobcenter/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antrag-auf-kinderbett-beim-jobcenter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