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ZUSTIMMUNG ZUR ADOPTION DES LEIBLICHEN VATERS</w:t>
      </w:r>
    </w:p>
    <w:p/>
    <w:p/>
    <w:p>
      <w:r>
        <w:rPr>
          <w:b w:val="0"/>
          <w:sz w:val="22"/>
        </w:rPr>
        <w:t>Ich, der unterzeichnende leibliche Vater, erkläre hiermit meine ausdrückliche Zustimmung zur Adoption meines Kindes durch die/den nachfolgend genannte/n Person/en.</w:t>
      </w:r>
    </w:p>
    <w:p/>
    <w:p>
      <w:r>
        <w:rPr>
          <w:b/>
          <w:sz w:val="22"/>
        </w:rPr>
        <w:t>Angaben zum leiblichen Vater:</w:t>
      </w:r>
    </w:p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</w:t>
      </w:r>
    </w:p>
    <w:p>
      <w:r>
        <w:rPr>
          <w:b w:val="0"/>
          <w:sz w:val="22"/>
        </w:rPr>
        <w:t>Anschrift: __________________________________________________________</w:t>
      </w:r>
    </w:p>
    <w:p/>
    <w:p>
      <w:r>
        <w:rPr>
          <w:b/>
          <w:sz w:val="22"/>
        </w:rPr>
        <w:t>Angaben zum Kind:</w:t>
      </w:r>
    </w:p>
    <w:p>
      <w:r>
        <w:rPr>
          <w:b w:val="0"/>
          <w:sz w:val="22"/>
        </w:rPr>
        <w:t>Name des Kindes: ___________________________________________________</w:t>
      </w:r>
    </w:p>
    <w:p>
      <w:r>
        <w:rPr>
          <w:b w:val="0"/>
          <w:sz w:val="22"/>
        </w:rPr>
        <w:t>Geburtsdatum: ______________________________________________________</w:t>
      </w:r>
    </w:p>
    <w:p>
      <w:r>
        <w:rPr>
          <w:b w:val="0"/>
          <w:sz w:val="22"/>
        </w:rPr>
        <w:t>Geburtsort: _________________________________________________________</w:t>
      </w:r>
    </w:p>
    <w:p/>
    <w:p>
      <w:r>
        <w:rPr>
          <w:b/>
          <w:sz w:val="22"/>
        </w:rPr>
        <w:t>Angaben zur adoptierenden Person / zu den adoptierenden Personen:</w:t>
      </w:r>
    </w:p>
    <w:p>
      <w:r>
        <w:rPr>
          <w:b w:val="0"/>
          <w:sz w:val="22"/>
        </w:rPr>
        <w:t>Name/ Namen: _______________________________________________________</w:t>
      </w:r>
    </w:p>
    <w:p>
      <w:r>
        <w:rPr>
          <w:b w:val="0"/>
          <w:sz w:val="22"/>
        </w:rPr>
        <w:t>Geburtsdatum/ Geburtsdaten: 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/>
    <w:p>
      <w:r>
        <w:rPr>
          <w:b/>
          <w:sz w:val="22"/>
        </w:rPr>
        <w:t>Rechtliche Erklärung (§ 174 BGB):</w:t>
      </w:r>
    </w:p>
    <w:p>
      <w:r>
        <w:rPr>
          <w:b w:val="0"/>
          <w:sz w:val="22"/>
        </w:rPr>
        <w:t>Mir ist bekannt, dass ich mit meiner Zustimmung zur Adoption gemäß § 174 BGB das elterliche Sorgerecht für das Kind aufgebe und dieses auf die adoptierende Person übertragen wird. Ich erkläre, dass ich diese Zustimmung freiwillig und ohne Zwang abgebe.</w:t>
      </w:r>
    </w:p>
    <w:p/>
    <w:p>
      <w:r>
        <w:rPr>
          <w:b/>
          <w:sz w:val="22"/>
        </w:rPr>
        <w:t>Verzichtserklärung:</w:t>
      </w:r>
    </w:p>
    <w:p>
      <w:r>
        <w:rPr>
          <w:b w:val="0"/>
          <w:sz w:val="22"/>
        </w:rPr>
        <w:t>Ich verzichte hiermit auf die Geltendmachung von Rechten und Ansprüchen gegenüber dem Kind und der adoptierenden Person, die aufgrund der biologischen Vaterschaft bestehen könnten.</w:t>
      </w:r>
    </w:p>
    <w:p/>
    <w:p>
      <w:r>
        <w:rPr>
          <w:b/>
          <w:sz w:val="22"/>
        </w:rPr>
        <w:t>Salvatorische Klausel:</w:t>
      </w:r>
    </w:p>
    <w:p>
      <w:r>
        <w:rPr>
          <w:b w:val="0"/>
          <w:sz w:val="22"/>
        </w:rPr>
        <w:t>Sollten einzelne Bestimmungen dieser Zustimmungserklärung unwirksam sein oder werden, so bleibt die Wirksamkeit der übrigen Bestimmungen hiervon unberührt.</w:t>
      </w:r>
    </w:p>
    <w:p/>
    <w:p>
      <w:r>
        <w:rPr>
          <w:b/>
          <w:sz w:val="22"/>
        </w:rPr>
        <w:t>Diese Zustimmungserklärung erfolgt nach umfassender Aufklärung und ist rechtsverbindlich.</w:t>
      </w:r>
    </w:p>
    <w:p/>
    <w:p/>
    <w:p>
      <w:r>
        <w:rPr>
          <w:b w:val="0"/>
          <w:sz w:val="22"/>
        </w:rPr>
        <w:t>Ort: 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Leiblicher Vater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Adoptierende Person / Personen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https://familie-experte.com/adoption-zustimmung-leiblicher-vater/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adoption-zustimmung-leiblicher-vater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